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ΕΛΛΗΝΙΚΗ ΕΚΔΟΧΗ  |  GREEK VERSION</w:t>
      </w:r>
    </w:p>
    <w:p>
      <w:pPr>
        <w:pStyle w:val="Title"/>
      </w:pPr>
      <w:r>
        <w:t>Εβδομαδιαία αναφορά</w:t>
        <w:br/>
        <w:t>εκπαιδευτικού έργου</w:t>
      </w:r>
    </w:p>
    <w:p>
      <w:r>
        <w:t>Ημερήσια καταγραφή και συνοπτική ενημέρωση προς τη Διεύθυνση</w:t>
      </w:r>
    </w:p>
    <w:p>
      <w:r>
        <w:t>Εκπαιδευτικός: Maria K. Termentzoglou · Φιλόλογος ΠΕ02</w:t>
        <w:br/>
        <w:t>Εβδομάδα από: __________ έως: __________   Ημερομηνία αναφοράς: __________</w:t>
        <w:br/>
        <w:t>Τμήμα: __________   Κωδικοί μαθητών: __________   Χώρος: __________________</w:t>
      </w:r>
    </w:p>
    <w:p>
      <w:r>
        <w:t>Σκοπός υποστήριξης αυτή την εβδομάδα: __________________________________</w:t>
        <w:br/>
        <w:t>Σύνδεση με το μάθημα της τάξης / ενότητα: _________________________________</w:t>
      </w:r>
    </w:p>
    <w:p>
      <w:pPr>
        <w:pStyle w:val="Heading2"/>
      </w:pPr>
      <w:r>
        <w:t>Καθημερινή καταγραφή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728"/>
        <w:gridCol w:w="3744"/>
        <w:gridCol w:w="3312"/>
      </w:tblGrid>
      <w:tr>
        <w:trPr>
          <w:cantSplit/>
          <w:tblHeader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Ημέρα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Χρόνος και συμμετοχή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Διδασκαλία και εργασίες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Παρατήρηση και συνέχεια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Δευτέρα</w:t>
              <w:br/>
              <w:t>Ημ.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Ώρα: ____</w:t>
              <w:br/>
              <w:t>Λεπτά: ____</w:t>
              <w:br/>
              <w:t>Είδος: ____</w:t>
              <w:br/>
              <w:t>Παρόντες: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Στόχος / τι διδάχθηκε:</w:t>
              <w:br/>
              <w:t>________________________</w:t>
              <w:br/>
              <w:t>Υλικό / τι πραγματοποιήθηκε: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Αποτέλεσμα και βοήθεια:</w:t>
              <w:br/>
              <w:t>______________________</w:t>
              <w:br/>
              <w:t>Τεκμήριο / επόμενο βήμα: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Τρίτη</w:t>
              <w:br/>
              <w:t>Ημ.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Ώρα: ____</w:t>
              <w:br/>
              <w:t>Λεπτά: ____</w:t>
              <w:br/>
              <w:t>Είδος: ____</w:t>
              <w:br/>
              <w:t>Παρόντες: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Στόχος / τι διδάχθηκε:</w:t>
              <w:br/>
              <w:t>________________________</w:t>
              <w:br/>
              <w:t>Υλικό / τι πραγματοποιήθηκε: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Αποτέλεσμα και βοήθεια:</w:t>
              <w:br/>
              <w:t>______________________</w:t>
              <w:br/>
              <w:t>Τεκμήριο / επόμενο βήμα: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Τετάρτη</w:t>
              <w:br/>
              <w:t>Ημ.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Ώρα: ____</w:t>
              <w:br/>
              <w:t>Λεπτά: ____</w:t>
              <w:br/>
              <w:t>Είδος: ____</w:t>
              <w:br/>
              <w:t>Παρόντες: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Στόχος / τι διδάχθηκε:</w:t>
              <w:br/>
              <w:t>________________________</w:t>
              <w:br/>
              <w:t>Υλικό / τι πραγματοποιήθηκε: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Αποτέλεσμα και βοήθεια:</w:t>
              <w:br/>
              <w:t>______________________</w:t>
              <w:br/>
              <w:t>Τεκμήριο / επόμενο βήμα: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Πέμπτη</w:t>
              <w:br/>
              <w:t>Ημ.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Ώρα: ____</w:t>
              <w:br/>
              <w:t>Λεπτά: ____</w:t>
              <w:br/>
              <w:t>Είδος: ____</w:t>
              <w:br/>
              <w:t>Παρόντες: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Στόχος / τι διδάχθηκε:</w:t>
              <w:br/>
              <w:t>________________________</w:t>
              <w:br/>
              <w:t>Υλικό / τι πραγματοποιήθηκε: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Αποτέλεσμα και βοήθεια:</w:t>
              <w:br/>
              <w:t>______________________</w:t>
              <w:br/>
              <w:t>Τεκμήριο / επόμενο βήμα: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Παρασκευή</w:t>
              <w:br/>
              <w:t>Ημ.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Ώρα: ____</w:t>
              <w:br/>
              <w:t>Λεπτά: ____</w:t>
              <w:br/>
              <w:t>Είδος: ____</w:t>
              <w:br/>
              <w:t>Παρόντες: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Στόχος / τι διδάχθηκε:</w:t>
              <w:br/>
              <w:t>________________________</w:t>
              <w:br/>
              <w:t>Υλικό / τι πραγματοποιήθηκε: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Αποτέλεσμα και βοήθεια:</w:t>
              <w:br/>
              <w:t>______________________</w:t>
              <w:br/>
              <w:t>Τεκμήριο / επόμενο βήμα:</w:t>
              <w:br/>
              <w:t>______________________</w:t>
            </w:r>
          </w:p>
        </w:tc>
      </w:tr>
    </w:tbl>
    <w:p>
      <w:pPr>
        <w:spacing w:after="0"/>
      </w:pPr>
    </w:p>
    <w:p>
      <w:r>
        <w:t>Είδος εργασίας: Δ = διδασκαλία · Π = προετοιμασία υλικού · Σ = συνεργασία / παρατήρηση. Αν συνδυάζονται, γράφω χωριστά τα λεπτά κάθε είδους.</w:t>
      </w:r>
    </w:p>
    <w:p>
      <w:r>
        <w:t>Αν δεν έγινε συνάντηση, σημειώνω τον λόγο. Καταγράφω μόνο ό,τι πραγματοποιήθηκε και χρησιμοποιώ κωδικούς μαθητών αντί ονομάτων.</w:t>
      </w:r>
    </w:p>
    <w:p>
      <w:r>
        <w:br w:type="page"/>
      </w:r>
    </w:p>
    <w:p>
      <w:pPr>
        <w:pStyle w:val="Heading1"/>
      </w:pPr>
      <w:r>
        <w:t>Σύνοψη και επόμενα βήματα</w:t>
      </w:r>
    </w:p>
    <w:p>
      <w:r>
        <w:t>Εβδομάδα από: __________ έως: __________   Τμήμα: __________</w:t>
      </w:r>
    </w:p>
    <w:p>
      <w:pPr>
        <w:pStyle w:val="Heading2"/>
      </w:pPr>
      <w:r>
        <w:t>Χρόνος που πραγματοποιήθηκε</w:t>
      </w:r>
    </w:p>
    <w:p>
      <w:r>
        <w:t>Συναντήσεις: ____ από ____ προγραμματισμένες</w:t>
        <w:br/>
        <w:t>Διδασκαλία: ____ λεπτά · Προετοιμασία: ____ λεπτά · Συνεργασία: ____ λεπτά</w:t>
        <w:br/>
        <w:t>Απουσίες ή αλλαγές προγράμματος που επηρέασαν το έργο: __________________</w:t>
      </w:r>
    </w:p>
    <w:p>
      <w:pPr>
        <w:pStyle w:val="Heading2"/>
      </w:pPr>
      <w:r>
        <w:t>Τι δείχνουν οι εργασίες των μαθητών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5040"/>
        <w:gridCol w:w="4032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Κωδικός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Συγκεκριμένο αποτέλεσμα και υποστήριξη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Στόχος για την επόμενη εβδομάδα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Έργο / ημερομηνία: __________________</w:t>
              <w:br/>
              <w:t>Τι πέτυχε: _________________________</w:t>
              <w:br/>
              <w:t>Με ποια βοήθεια: ___________________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Έργο / ημερομηνία: __________________</w:t>
              <w:br/>
              <w:t>Τι πέτυχε: _________________________</w:t>
              <w:br/>
              <w:t>Με ποια βοήθεια: ___________________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pPr>
        <w:spacing w:after="0"/>
      </w:pPr>
    </w:p>
    <w:p>
      <w:r>
        <w:t>Σημειώνω παρατηρήσιμο αποτέλεσμα, π.χ. «εντόπισε 3/4 πληροφορίες με μία υπενθύμιση». Αν δεν υπάρχει επαρκές δείγμα, το δηλώνω χωρίς συμπέρασμα προόδου.</w:t>
      </w:r>
    </w:p>
    <w:p>
      <w:pPr>
        <w:pStyle w:val="Heading2"/>
      </w:pPr>
      <w:r>
        <w:t>Συνεργασία και υποστήριξη που χρειάζεται</w:t>
      </w:r>
    </w:p>
    <w:p>
      <w:r>
        <w:t>Συνεννόηση με διδάσκοντα / Διεύθυνση και σχετική ενέργεια:</w:t>
      </w:r>
    </w:p>
    <w:p>
      <w:pPr>
        <w:spacing w:after="120"/>
      </w:pPr>
      <w:r>
        <w:rPr>
          <w:color w:val="AAAAAA"/>
          <w:sz w:val="18"/>
        </w:rPr>
        <w:t>_________________________________________________________________________________________________________</w:t>
      </w:r>
    </w:p>
    <w:p>
      <w:r>
        <w:t>Ζήτημα που χρειάζεται απόφαση ή βοήθεια από τη Διεύθυνση:</w:t>
      </w:r>
    </w:p>
    <w:p>
      <w:pPr>
        <w:spacing w:after="120"/>
      </w:pPr>
      <w:r>
        <w:rPr>
          <w:color w:val="AAAAAA"/>
          <w:sz w:val="18"/>
        </w:rPr>
        <w:t>_________________________________________________________________________________________________________</w:t>
      </w:r>
    </w:p>
    <w:p>
      <w:pPr>
        <w:pStyle w:val="Heading2"/>
      </w:pPr>
      <w:r>
        <w:t>Σύντομο κείμενο για το εβδομαδιαίο email</w:t>
      </w:r>
    </w:p>
    <w:p>
      <w:r>
        <w:t>Θέμα: Εβδομαδιαία ενημέρωση γλωσσικής υποστήριξης Α΄ ΕΠΑΛ | [από–έως]</w:t>
      </w:r>
    </w:p>
    <w:p>
      <w:r>
        <w:t>Σας αποστέλλω τη συνοπτική αναφορά εκπαιδευτικού έργου για την περίοδο [ημερομηνίες]. Πραγματοποιήθηκαν [αριθμός] συναντήσεις γλωσσικής υποστήριξης, συνολικής διάρκειας [λεπτά] λεπτών, με αντικείμενο [δεξιότητες / ενότητα].</w:t>
      </w:r>
    </w:p>
    <w:p>
      <w:r>
        <w:t>Εργαστήκαμε σε [συγκεκριμένες δραστηριότητες και υλικό]. Από τα δείγματα εργασίας παρατηρήθηκε [συγκεκριμένο αποτέλεσμα και βαθμός βοήθειας]. Για την επόμενη εβδομάδα προγραμματίζω [στόχο και ενέργεια]. [Εφόσον χρειάζεται: ζήτημα για συνεννόηση ή απόφαση].</w:t>
      </w:r>
    </w:p>
    <w:p>
      <w:r>
        <w:t>Στο συνημμένο αποτυπώνονται οι ημερήσιες εργασίες και τα επόμενα βήματα.</w:t>
        <w:br/>
        <w:t>Με εκτίμηση,</w:t>
        <w:br/>
        <w:t>Maria K. Termentzoglou</w:t>
        <w:br/>
        <w:t>Φιλόλογος ΠΕ02</w:t>
      </w:r>
    </w:p>
    <w:p>
      <w:r>
        <w:t>Χρήση: αποθηκεύω νέο αντίγραφο κάθε εβδομάδα, συμπληρώνω τα πεδία και αντικαθιστώ τα σημεία μέσα σε αγκύλες πριν από την αποστολή. Το έντυπο αποτελεί πρόταση οργάνωσης για εσωτερική σχολική ενημέρωση.</w:t>
      </w:r>
    </w:p>
    <w:p>
      <w:r>
        <w:br w:type="page"/>
      </w:r>
    </w:p>
    <w:p>
      <w:r>
        <w:rPr>
          <w:sz w:val="16"/>
        </w:rPr>
        <w:t>ΑΓΓΛΙΚΗ ΕΚΔΟΧΗ  |  ENGLISH VERSION</w:t>
      </w:r>
    </w:p>
    <w:p>
      <w:pPr>
        <w:pStyle w:val="Title"/>
      </w:pPr>
      <w:r>
        <w:t>Weekly report</w:t>
        <w:br/>
        <w:t>on teaching and support</w:t>
      </w:r>
    </w:p>
    <w:p>
      <w:r>
        <w:t>Daily activity record and weekly update for the School Principal</w:t>
      </w:r>
    </w:p>
    <w:p>
      <w:r>
        <w:t>Teacher: Maria K. Termentzoglou · Philologist PE02</w:t>
        <w:br/>
        <w:t>Week from: __________ to: __________   Report date: __________</w:t>
        <w:br/>
        <w:t>Class: __________   Student codes: __________   Location: __________________</w:t>
      </w:r>
    </w:p>
    <w:p>
      <w:r>
        <w:t>Support focus for this week: __________________________________________</w:t>
        <w:br/>
        <w:t>Link to the class lesson / unit: _________________________________________</w:t>
      </w:r>
    </w:p>
    <w:p>
      <w:pPr>
        <w:pStyle w:val="Heading2"/>
      </w:pPr>
      <w:r>
        <w:t>Daily activity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728"/>
        <w:gridCol w:w="3744"/>
        <w:gridCol w:w="3312"/>
      </w:tblGrid>
      <w:tr>
        <w:trPr>
          <w:cantSplit/>
          <w:tblHeader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Day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Time and attendance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Teaching and activities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Observation and next step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Monday</w:t>
              <w:br/>
              <w:t>Date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Time: ____</w:t>
              <w:br/>
              <w:t>Minutes: ____</w:t>
              <w:br/>
              <w:t>Type: ____</w:t>
              <w:br/>
              <w:t>Present: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Objective / content taught:</w:t>
              <w:br/>
              <w:t>________________________</w:t>
              <w:br/>
              <w:t>Materials / activities completed: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Outcome and support:</w:t>
              <w:br/>
              <w:t>______________________</w:t>
              <w:br/>
              <w:t>Evidence / next step: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Tuesday</w:t>
              <w:br/>
              <w:t>Date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Time: ____</w:t>
              <w:br/>
              <w:t>Minutes: ____</w:t>
              <w:br/>
              <w:t>Type: ____</w:t>
              <w:br/>
              <w:t>Present: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Objective / content taught:</w:t>
              <w:br/>
              <w:t>________________________</w:t>
              <w:br/>
              <w:t>Materials / activities completed: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Outcome and support:</w:t>
              <w:br/>
              <w:t>______________________</w:t>
              <w:br/>
              <w:t>Evidence / next step: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Wednesday</w:t>
              <w:br/>
              <w:t>Date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Time: ____</w:t>
              <w:br/>
              <w:t>Minutes: ____</w:t>
              <w:br/>
              <w:t>Type: ____</w:t>
              <w:br/>
              <w:t>Present: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Objective / content taught:</w:t>
              <w:br/>
              <w:t>________________________</w:t>
              <w:br/>
              <w:t>Materials / activities completed: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Outcome and support:</w:t>
              <w:br/>
              <w:t>______________________</w:t>
              <w:br/>
              <w:t>Evidence / next step: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Thursday</w:t>
              <w:br/>
              <w:t>Date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Time: ____</w:t>
              <w:br/>
              <w:t>Minutes: ____</w:t>
              <w:br/>
              <w:t>Type: ____</w:t>
              <w:br/>
              <w:t>Present: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Objective / content taught:</w:t>
              <w:br/>
              <w:t>________________________</w:t>
              <w:br/>
              <w:t>Materials / activities completed: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Outcome and support:</w:t>
              <w:br/>
              <w:t>______________________</w:t>
              <w:br/>
              <w:t>Evidence / next step:</w:t>
              <w:br/>
              <w:t>______________________</w:t>
            </w:r>
          </w:p>
        </w:tc>
      </w:tr>
      <w:tr>
        <w:trPr>
          <w:trHeight w:val="1210" w:hRule="atLeast"/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Friday</w:t>
              <w:br/>
              <w:t>Date ____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Time: ____</w:t>
              <w:br/>
              <w:t>Minutes: ____</w:t>
              <w:br/>
              <w:t>Type: ____</w:t>
              <w:br/>
              <w:t>Present: 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Objective / content taught:</w:t>
              <w:br/>
              <w:t>________________________</w:t>
              <w:br/>
              <w:t>Materials / activities completed:</w:t>
              <w:br/>
              <w:t>________________________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Outcome and support:</w:t>
              <w:br/>
              <w:t>______________________</w:t>
              <w:br/>
              <w:t>Evidence / next step:</w:t>
              <w:br/>
              <w:t>______________________</w:t>
            </w:r>
          </w:p>
        </w:tc>
      </w:tr>
    </w:tbl>
    <w:p>
      <w:pPr>
        <w:spacing w:after="0"/>
      </w:pPr>
    </w:p>
    <w:p>
      <w:r>
        <w:t>Activity type: T = teaching · P = preparation of materials · C = collaboration / classroom observation. If combined, record the minutes for each type separately.</w:t>
      </w:r>
    </w:p>
    <w:p>
      <w:r>
        <w:t>If no session took place, state the reason. Record only work actually completed and use student codes rather than names.</w:t>
      </w:r>
    </w:p>
    <w:p>
      <w:r>
        <w:br w:type="page"/>
      </w:r>
    </w:p>
    <w:p>
      <w:pPr>
        <w:pStyle w:val="Heading1"/>
      </w:pPr>
      <w:r>
        <w:t>Weekly summary and next steps</w:t>
      </w:r>
    </w:p>
    <w:p>
      <w:r>
        <w:t>Week from: __________ to: __________   Class: __________</w:t>
      </w:r>
    </w:p>
    <w:p>
      <w:pPr>
        <w:pStyle w:val="Heading2"/>
      </w:pPr>
      <w:r>
        <w:t>Time and sessions completed</w:t>
      </w:r>
    </w:p>
    <w:p>
      <w:r>
        <w:t>Sessions completed: ____ out of ____ planned</w:t>
        <w:br/>
        <w:t>Teaching: ____ minutes · Preparation: ____ minutes · Collaboration: ____ minutes</w:t>
        <w:br/>
        <w:t>Absences or timetable changes affecting the work: _________________________</w:t>
      </w:r>
    </w:p>
    <w:p>
      <w:pPr>
        <w:pStyle w:val="Heading2"/>
      </w:pPr>
      <w:r>
        <w:t>Evidence from student 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752"/>
        <w:gridCol w:w="4032"/>
      </w:tblGrid>
      <w:tr>
        <w:trPr>
          <w:cantSplit/>
          <w:tblHeader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Student code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Specific outcome and support provided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17384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FFFFFF"/>
                <w:sz w:val="18"/>
              </w:rPr>
              <w:t>Target for next week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Task / date: ________________________</w:t>
              <w:br/>
              <w:t>What the student achieved: ___________</w:t>
              <w:br/>
              <w:t>Support provided: ___________________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3F6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________________________________</w:t>
              <w:br/>
              <w:t>________________________________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Task / date: ________________________</w:t>
              <w:br/>
              <w:t>What the student achieved: ___________</w:t>
              <w:br/>
              <w:t>Support provided: ___________________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80" w:line="252" w:lineRule="auto"/>
            </w:pPr>
            <w:r>
              <w:rPr>
                <w:color w:val="000000"/>
                <w:sz w:val="18"/>
              </w:rPr>
              <w:t>________________________________</w:t>
              <w:br/>
              <w:t>________________________________</w:t>
            </w:r>
          </w:p>
        </w:tc>
      </w:tr>
    </w:tbl>
    <w:p>
      <w:pPr>
        <w:spacing w:after="0"/>
      </w:pPr>
    </w:p>
    <w:p>
      <w:r>
        <w:t>Record an observable outcome, e.g. “identified 3 out of 4 pieces of information with one reminder”. If evidence is insufficient, state this without claiming progress.</w:t>
      </w:r>
    </w:p>
    <w:p>
      <w:pPr>
        <w:pStyle w:val="Heading2"/>
      </w:pPr>
      <w:r>
        <w:t>Collaboration and support needed</w:t>
      </w:r>
    </w:p>
    <w:p>
      <w:r>
        <w:t>Discussion with the class teacher / Principal and action agreed:</w:t>
      </w:r>
    </w:p>
    <w:p>
      <w:pPr>
        <w:spacing w:after="120"/>
      </w:pPr>
      <w:r>
        <w:rPr>
          <w:color w:val="AAAAAA"/>
          <w:sz w:val="18"/>
        </w:rPr>
        <w:t>_________________________________________________________________________________________________________</w:t>
      </w:r>
    </w:p>
    <w:p>
      <w:r>
        <w:t>Matter requiring a decision or support from the Principal:</w:t>
      </w:r>
    </w:p>
    <w:p>
      <w:pPr>
        <w:spacing w:after="120"/>
      </w:pPr>
      <w:r>
        <w:rPr>
          <w:color w:val="AAAAAA"/>
          <w:sz w:val="18"/>
        </w:rPr>
        <w:t>_________________________________________________________________________________________________________</w:t>
      </w:r>
    </w:p>
    <w:p>
      <w:pPr>
        <w:pStyle w:val="Heading2"/>
      </w:pPr>
      <w:r>
        <w:t>Suggested wording for the weekly email</w:t>
      </w:r>
    </w:p>
    <w:p>
      <w:r>
        <w:t>Subject: Weekly update on Greek language support in Year 1 EPAL | [from–to]</w:t>
      </w:r>
    </w:p>
    <w:p>
      <w:r>
        <w:t>Please find attached my report on teaching and support for [dates]. I completed [number] language-support sessions, totalling [minutes] minutes, focusing on [skills / unit].</w:t>
      </w:r>
    </w:p>
    <w:p>
      <w:r>
        <w:t>We worked on [specific activities and materials]. The students’ work showed [specific outcome and level of support provided]. For next week, I plan to focus on [target and action]. [If applicable: matter requiring discussion or a decision].</w:t>
      </w:r>
    </w:p>
    <w:p>
      <w:r>
        <w:t>The attached report records the daily activities and next steps.</w:t>
        <w:br/>
        <w:t>Kind regards,</w:t>
        <w:br/>
        <w:t>Maria K. Termentzoglou</w:t>
        <w:br/>
        <w:t>Philologist PE02</w:t>
      </w:r>
    </w:p>
    <w:p>
      <w:r>
        <w:t>How to use: save a fresh copy each week, complete the fields and replace all bracketed text before sending. This template supports internal school reporting.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Maria K. Termentzoglou   ·   Εβδομαδιαία αναφορά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1ο ΕΠΑΛ ΧΙΟΥ  |  1st EPAL CHIOS</w:t>
      <w:br/>
      <w:t>ΓΛΩΣΣΙΚΗ ΥΠΟΣΤΗΡΙΞΗ  |  GREEK LANGUAGE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Εβδομαδιαία αναφορά εκπαιδευτικού έργου | Weekly teaching and support report</dc:title>
  <dc:subject>Greek and English weekly report for the School Principal</dc:subject>
  <dc:creator>Maria K. Termentzoglou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